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 to socio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t Hol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2131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