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Technical English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Nell Ann    Pickett/ Ann A .laster/ Katherine E.Staples/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8.éd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  Education/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9780321003522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