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King lear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William Shakespeare/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9780140620658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