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Writing In Paragraphs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Dorthy  E Zemach/ Carlos Islam/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9781405095860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