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البق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ص.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قانون التجا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