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 للمؤسسة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بوتين/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4013434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البيانات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