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 concepts of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H.H.Stern/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9780194370653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