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Hard times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Charles Dickens/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9780140623529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