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Teaching reading skills in a foreign language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Christian soutou/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MACMILLAN/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9781405080057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