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for exams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Sally Burgess/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9780582429673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