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Telephone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phrase bank and role plays/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