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 to teach vocabulary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9780582429666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