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Jeremy Harmer/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9780582779983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