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Jeremy Harmer/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9781405853095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