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Anglo sax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mes campbe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14395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