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Doing second language research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Dean Brown/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9780194371742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