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Discover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rod bolitho -brian tomlinson/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9781405080033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