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الأسواق النقدية والمالية البورصات ومشكلاتها في عالم النقد والمال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مروان عطون/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431ص.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OPU3805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البورصة/ النقد/ الاداري الاقتصاد/ الاسواق المالية/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