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myths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laurie bauer/ peter trudgill/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9780140260236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