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Tales From Shakespeare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charles/ mary mamb/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9780140623826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