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enguin History Of The US 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ugh brog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2525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