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Aspects Of Britain and the USA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Christopher Tribble/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9780194542456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