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العلمي للجامعيين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شروخ/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منهجية البحث العلمي/ الطلبة الجامعيين/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