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نصيب رجم/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9961805712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 التطبيقي/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