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ings Fall Apa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inua acheb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820231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