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Assessing Writing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9780521784467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