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earch Methode in Applie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ltan dorny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25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