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في الاقتصاد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بن عصمان محفوظ/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