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المدونة البنكية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مبروك 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9961669231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المدونة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