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 من الاقتصاد الى الايديولوجيا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القادر تومي/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كنوز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9789947025413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الاداري الاقتصاد/ الايديولوجيا/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