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Secret A Gent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9780140624090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