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المحاسبة المعمقة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هوام جمعة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9789961003879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الاستثمارات/ الفروض المحاسبية/ محاسبة المخزون/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