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مدخل المعلومات والاستراتيجيات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منير نوري/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9789961010747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المعلومات/ التسويق/ الاستراتيجيات/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