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المحاسبة المعمقة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هوام جمعة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9789961003886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