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لمكافحة 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لعشب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الأموال/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