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المحاسبة العامة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العيد محمد/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9789961010068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المحاسبة العامة/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