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ثورة أسعار النفط 2004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اسعار النفط/ منظمة اوبك/ الشرق الاوسط/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