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المراجعة ومراقبة الحسابات من النظرية الى 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بوتين/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OPU4481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المراجعة/ مراقبة الحسابات/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