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 الاقتصادية والامن الدولي مدخل الى الجيو اقتصاد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جاك فونتانال/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9789961010013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الاقتصاد السياسي/ تنافسية المنظمات/ الارهاب/ السلاح/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