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Heidi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johanna spyri/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9780140624342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