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Selected poems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9780140433418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