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Room with a View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E.M. forster/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