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study in scarlet and the sign of the fo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ir arthur conan doy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402241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