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Dubliners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jales joyce/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1ed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Penguim Popular Classics/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255p.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9780140623444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