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Burmese days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إنجليزية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George Orwell/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299p.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9780140182279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