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Christmas carol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9780140071207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