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ivil W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aes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4418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