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complete Short Nov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.H.Lawr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118366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