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Life And Voyages Of Christopher Columb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ugh griffi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06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