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collected short Stories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9780141183572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